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406D8" w14:textId="77777777" w:rsidR="00835114" w:rsidRDefault="00E3215C">
      <w:pPr>
        <w:spacing w:before="200" w:after="40"/>
        <w:jc w:val="center"/>
      </w:pPr>
      <w:r>
        <w:rPr>
          <w:b/>
          <w:color w:val="1B4D3E"/>
          <w:sz w:val="26"/>
        </w:rPr>
        <w:t>ALLEGATO A</w:t>
      </w:r>
    </w:p>
    <w:p w14:paraId="1BF76B41" w14:textId="77777777" w:rsidR="00835114" w:rsidRDefault="00E3215C">
      <w:pPr>
        <w:spacing w:after="80"/>
        <w:jc w:val="center"/>
      </w:pPr>
      <w:r>
        <w:rPr>
          <w:b/>
          <w:sz w:val="26"/>
        </w:rPr>
        <w:t>MODULO DI MANIFESTAZIONE DI INTERESSE</w:t>
      </w:r>
    </w:p>
    <w:p w14:paraId="7DDA6DD5" w14:textId="77777777" w:rsidR="00835114" w:rsidRDefault="00E3215C">
      <w:pPr>
        <w:spacing w:after="240"/>
        <w:jc w:val="center"/>
      </w:pPr>
      <w:r>
        <w:rPr>
          <w:b/>
          <w:color w:val="1B4D3E"/>
          <w:sz w:val="20"/>
        </w:rPr>
        <w:t>Partecipazione al Gruppo di Lavoro Locale del Progetto Europeo CERV —</w:t>
      </w:r>
      <w:r>
        <w:rPr>
          <w:b/>
          <w:color w:val="1B4D3E"/>
          <w:sz w:val="20"/>
        </w:rPr>
        <w:br/>
        <w:t>“Green Ties: Connecting Citizens, Heritage and Sustainability (G-Ties)”</w:t>
      </w:r>
    </w:p>
    <w:p w14:paraId="3FB480AF" w14:textId="77777777" w:rsidR="00835114" w:rsidRDefault="00E3215C">
      <w:pPr>
        <w:spacing w:after="80"/>
      </w:pPr>
      <w:r>
        <w:rPr>
          <w:b/>
        </w:rPr>
        <w:t>Il/La sottoscritto/a: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336"/>
      </w:tblGrid>
      <w:tr w:rsidR="00835114" w14:paraId="21DD59DC" w14:textId="77777777">
        <w:trPr>
          <w:jc w:val="center"/>
        </w:trPr>
        <w:tc>
          <w:tcPr>
            <w:tcW w:w="3312" w:type="dxa"/>
          </w:tcPr>
          <w:p w14:paraId="0AB9A09B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Nome e Cognome:</w:t>
            </w:r>
          </w:p>
        </w:tc>
        <w:tc>
          <w:tcPr>
            <w:tcW w:w="6336" w:type="dxa"/>
          </w:tcPr>
          <w:p w14:paraId="0E53046C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_________________________________________________________________</w:t>
            </w:r>
          </w:p>
        </w:tc>
      </w:tr>
      <w:tr w:rsidR="00835114" w14:paraId="75C545AB" w14:textId="77777777">
        <w:trPr>
          <w:jc w:val="center"/>
        </w:trPr>
        <w:tc>
          <w:tcPr>
            <w:tcW w:w="3312" w:type="dxa"/>
          </w:tcPr>
          <w:p w14:paraId="43CD105C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Luogo e Data di nascita:</w:t>
            </w:r>
          </w:p>
        </w:tc>
        <w:tc>
          <w:tcPr>
            <w:tcW w:w="6336" w:type="dxa"/>
          </w:tcPr>
          <w:p w14:paraId="2CF95F2E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_____________________________________________________________</w:t>
            </w:r>
          </w:p>
        </w:tc>
      </w:tr>
      <w:tr w:rsidR="00835114" w14:paraId="16DCC661" w14:textId="77777777">
        <w:trPr>
          <w:jc w:val="center"/>
        </w:trPr>
        <w:tc>
          <w:tcPr>
            <w:tcW w:w="3312" w:type="dxa"/>
          </w:tcPr>
          <w:p w14:paraId="2C0EA8C8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Codice Fiscale:</w:t>
            </w:r>
          </w:p>
        </w:tc>
        <w:tc>
          <w:tcPr>
            <w:tcW w:w="6336" w:type="dxa"/>
          </w:tcPr>
          <w:p w14:paraId="496DDDA4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_________________________________________________________________</w:t>
            </w:r>
          </w:p>
        </w:tc>
      </w:tr>
      <w:tr w:rsidR="00835114" w14:paraId="53B01EE1" w14:textId="77777777">
        <w:trPr>
          <w:jc w:val="center"/>
        </w:trPr>
        <w:tc>
          <w:tcPr>
            <w:tcW w:w="3312" w:type="dxa"/>
          </w:tcPr>
          <w:p w14:paraId="2EB33CFF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Residenza (Via/n., CAP, Comune):</w:t>
            </w:r>
          </w:p>
        </w:tc>
        <w:tc>
          <w:tcPr>
            <w:tcW w:w="6336" w:type="dxa"/>
          </w:tcPr>
          <w:p w14:paraId="2D37E099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________________________________________</w:t>
            </w:r>
          </w:p>
        </w:tc>
      </w:tr>
      <w:tr w:rsidR="00835114" w14:paraId="2D72A998" w14:textId="77777777">
        <w:trPr>
          <w:jc w:val="center"/>
        </w:trPr>
        <w:tc>
          <w:tcPr>
            <w:tcW w:w="3312" w:type="dxa"/>
          </w:tcPr>
          <w:p w14:paraId="269D7AA7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Recapito Telefonico:</w:t>
            </w:r>
          </w:p>
        </w:tc>
        <w:tc>
          <w:tcPr>
            <w:tcW w:w="6336" w:type="dxa"/>
          </w:tcPr>
          <w:p w14:paraId="02771524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_____________________________________________________________</w:t>
            </w:r>
          </w:p>
        </w:tc>
      </w:tr>
      <w:tr w:rsidR="00835114" w14:paraId="375F887B" w14:textId="77777777">
        <w:trPr>
          <w:jc w:val="center"/>
        </w:trPr>
        <w:tc>
          <w:tcPr>
            <w:tcW w:w="3312" w:type="dxa"/>
          </w:tcPr>
          <w:p w14:paraId="22E109CF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Indirizzo E-mail:</w:t>
            </w:r>
          </w:p>
        </w:tc>
        <w:tc>
          <w:tcPr>
            <w:tcW w:w="6336" w:type="dxa"/>
          </w:tcPr>
          <w:p w14:paraId="2E420FA9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___________________________________________________________</w:t>
            </w:r>
          </w:p>
        </w:tc>
      </w:tr>
      <w:tr w:rsidR="00835114" w14:paraId="6C2EEC7E" w14:textId="77777777">
        <w:trPr>
          <w:jc w:val="center"/>
        </w:trPr>
        <w:tc>
          <w:tcPr>
            <w:tcW w:w="3312" w:type="dxa"/>
          </w:tcPr>
          <w:p w14:paraId="6703B877" w14:textId="77777777" w:rsidR="00835114" w:rsidRDefault="00E3215C">
            <w:pPr>
              <w:spacing w:before="60" w:after="60"/>
            </w:pPr>
            <w:r>
              <w:rPr>
                <w:b/>
                <w:sz w:val="18"/>
              </w:rPr>
              <w:t>Categoria Target / Profilo:</w:t>
            </w:r>
          </w:p>
        </w:tc>
        <w:tc>
          <w:tcPr>
            <w:tcW w:w="6336" w:type="dxa"/>
          </w:tcPr>
          <w:p w14:paraId="6876B9FD" w14:textId="77777777" w:rsidR="00AA141D" w:rsidRDefault="00E3215C">
            <w:pPr>
              <w:spacing w:before="60" w:after="60"/>
              <w:rPr>
                <w:sz w:val="18"/>
              </w:rPr>
            </w:pPr>
            <w:r>
              <w:rPr>
                <w:sz w:val="18"/>
              </w:rPr>
              <w:t xml:space="preserve">☐ Giovane (18-29 anni)   </w:t>
            </w:r>
          </w:p>
          <w:p w14:paraId="6DB4ACF7" w14:textId="77777777" w:rsidR="00AA141D" w:rsidRDefault="00E3215C">
            <w:pPr>
              <w:spacing w:before="60" w:after="60"/>
              <w:rPr>
                <w:sz w:val="18"/>
              </w:rPr>
            </w:pPr>
            <w:r>
              <w:rPr>
                <w:sz w:val="18"/>
              </w:rPr>
              <w:t>☐ Rappresentante ETS / Associazione</w:t>
            </w:r>
            <w:r>
              <w:rPr>
                <w:sz w:val="18"/>
              </w:rPr>
              <w:br/>
              <w:t xml:space="preserve">☐ </w:t>
            </w:r>
            <w:r w:rsidR="00BC7A23">
              <w:rPr>
                <w:sz w:val="18"/>
              </w:rPr>
              <w:t xml:space="preserve">Cittadino/a </w:t>
            </w:r>
            <w:proofErr w:type="spellStart"/>
            <w:r w:rsidR="00BC7A23">
              <w:rPr>
                <w:sz w:val="18"/>
              </w:rPr>
              <w:t>interessato</w:t>
            </w:r>
            <w:proofErr w:type="spellEnd"/>
            <w:r w:rsidR="00BC7A23">
              <w:rPr>
                <w:sz w:val="18"/>
              </w:rPr>
              <w:t xml:space="preserve">/a </w:t>
            </w:r>
          </w:p>
          <w:p w14:paraId="14C888A5" w14:textId="3D57D5DF" w:rsidR="00835114" w:rsidRDefault="00E3215C">
            <w:pPr>
              <w:spacing w:before="60" w:after="60"/>
            </w:pPr>
            <w:r>
              <w:rPr>
                <w:sz w:val="18"/>
              </w:rPr>
              <w:t xml:space="preserve">☐ </w:t>
            </w:r>
            <w:proofErr w:type="spellStart"/>
            <w:r w:rsidR="00BC7A23">
              <w:rPr>
                <w:sz w:val="18"/>
              </w:rPr>
              <w:t>Altro</w:t>
            </w:r>
            <w:proofErr w:type="spellEnd"/>
          </w:p>
        </w:tc>
      </w:tr>
      <w:tr w:rsidR="00835114" w14:paraId="6CDA3CE2" w14:textId="77777777">
        <w:trPr>
          <w:jc w:val="center"/>
        </w:trPr>
        <w:tc>
          <w:tcPr>
            <w:tcW w:w="3312" w:type="dxa"/>
          </w:tcPr>
          <w:p w14:paraId="5F3393B6" w14:textId="169B38EC" w:rsidR="00835114" w:rsidRDefault="00BC7A23">
            <w:pPr>
              <w:spacing w:before="60" w:after="60"/>
            </w:pPr>
            <w:proofErr w:type="spellStart"/>
            <w:r>
              <w:rPr>
                <w:b/>
                <w:sz w:val="18"/>
              </w:rPr>
              <w:t>Rappresentante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 w:rsidR="00E3215C">
              <w:rPr>
                <w:b/>
                <w:sz w:val="18"/>
              </w:rPr>
              <w:t>Ente</w:t>
            </w:r>
            <w:proofErr w:type="spellEnd"/>
            <w:r w:rsidR="00E3215C">
              <w:rPr>
                <w:b/>
                <w:sz w:val="18"/>
              </w:rPr>
              <w:t xml:space="preserve"> / </w:t>
            </w:r>
            <w:proofErr w:type="spellStart"/>
            <w:r w:rsidR="00E3215C">
              <w:rPr>
                <w:b/>
                <w:sz w:val="18"/>
              </w:rPr>
              <w:t>Associazione</w:t>
            </w:r>
            <w:proofErr w:type="spellEnd"/>
            <w:r w:rsidR="00E3215C">
              <w:rPr>
                <w:b/>
                <w:sz w:val="18"/>
              </w:rPr>
              <w:t xml:space="preserve"> (</w:t>
            </w:r>
            <w:proofErr w:type="spellStart"/>
            <w:r w:rsidR="00AA141D">
              <w:rPr>
                <w:b/>
                <w:sz w:val="18"/>
              </w:rPr>
              <w:t>scrivere</w:t>
            </w:r>
            <w:proofErr w:type="spellEnd"/>
            <w:r w:rsidR="00AA141D">
              <w:rPr>
                <w:b/>
                <w:sz w:val="18"/>
              </w:rPr>
              <w:t xml:space="preserve"> il </w:t>
            </w:r>
            <w:proofErr w:type="spellStart"/>
            <w:r w:rsidR="00AA141D">
              <w:rPr>
                <w:b/>
                <w:sz w:val="18"/>
              </w:rPr>
              <w:t>nome</w:t>
            </w:r>
            <w:proofErr w:type="spellEnd"/>
            <w:r w:rsidR="00AA141D">
              <w:rPr>
                <w:b/>
                <w:sz w:val="18"/>
              </w:rPr>
              <w:t xml:space="preserve"> </w:t>
            </w:r>
            <w:proofErr w:type="spellStart"/>
            <w:r w:rsidR="00AA141D">
              <w:rPr>
                <w:b/>
                <w:sz w:val="18"/>
              </w:rPr>
              <w:t>della</w:t>
            </w:r>
            <w:proofErr w:type="spellEnd"/>
            <w:r w:rsidR="00AA141D">
              <w:rPr>
                <w:b/>
                <w:sz w:val="18"/>
              </w:rPr>
              <w:t xml:space="preserve"> </w:t>
            </w:r>
            <w:proofErr w:type="spellStart"/>
            <w:r w:rsidR="00AA141D">
              <w:rPr>
                <w:b/>
                <w:sz w:val="18"/>
              </w:rPr>
              <w:t>Associazione</w:t>
            </w:r>
            <w:proofErr w:type="spellEnd"/>
            <w:r w:rsidR="00AA141D">
              <w:rPr>
                <w:b/>
                <w:sz w:val="18"/>
              </w:rPr>
              <w:t>)</w:t>
            </w:r>
            <w:r w:rsidR="00E3215C">
              <w:rPr>
                <w:b/>
                <w:sz w:val="18"/>
              </w:rPr>
              <w:t>:</w:t>
            </w:r>
          </w:p>
        </w:tc>
        <w:tc>
          <w:tcPr>
            <w:tcW w:w="6336" w:type="dxa"/>
          </w:tcPr>
          <w:p w14:paraId="58B6835C" w14:textId="77777777" w:rsidR="00835114" w:rsidRDefault="00E3215C">
            <w:pPr>
              <w:spacing w:before="60" w:after="60"/>
            </w:pPr>
            <w:r>
              <w:rPr>
                <w:sz w:val="18"/>
              </w:rPr>
              <w:t>____________________________________</w:t>
            </w:r>
          </w:p>
        </w:tc>
      </w:tr>
      <w:tr w:rsidR="00BC7A23" w14:paraId="13B02740" w14:textId="77777777">
        <w:trPr>
          <w:jc w:val="center"/>
        </w:trPr>
        <w:tc>
          <w:tcPr>
            <w:tcW w:w="3312" w:type="dxa"/>
          </w:tcPr>
          <w:p w14:paraId="126BBEF4" w14:textId="46FF5DE7" w:rsidR="00BC7A23" w:rsidRDefault="00BC7A23" w:rsidP="00BC7A23">
            <w:pPr>
              <w:spacing w:before="60" w:after="6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Rappresentante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Scuola</w:t>
            </w:r>
            <w:proofErr w:type="spellEnd"/>
          </w:p>
        </w:tc>
        <w:tc>
          <w:tcPr>
            <w:tcW w:w="6336" w:type="dxa"/>
          </w:tcPr>
          <w:p w14:paraId="4A896338" w14:textId="1C7AEC8B" w:rsidR="00BC7A23" w:rsidRDefault="00BC7A23" w:rsidP="00BC7A23">
            <w:pPr>
              <w:spacing w:before="60" w:after="60"/>
              <w:rPr>
                <w:sz w:val="18"/>
              </w:rPr>
            </w:pPr>
            <w:r>
              <w:rPr>
                <w:sz w:val="18"/>
              </w:rPr>
              <w:t>____________________________________</w:t>
            </w:r>
          </w:p>
        </w:tc>
      </w:tr>
    </w:tbl>
    <w:p w14:paraId="0B5E897D" w14:textId="77777777" w:rsidR="00835114" w:rsidRDefault="00835114">
      <w:pPr>
        <w:spacing w:after="120"/>
      </w:pPr>
    </w:p>
    <w:p w14:paraId="44CD3CBA" w14:textId="77777777" w:rsidR="00835114" w:rsidRDefault="00E3215C">
      <w:pPr>
        <w:spacing w:after="80"/>
        <w:jc w:val="center"/>
      </w:pPr>
      <w:r>
        <w:rPr>
          <w:b/>
          <w:sz w:val="22"/>
        </w:rPr>
        <w:t>DICHIARA</w:t>
      </w:r>
    </w:p>
    <w:p w14:paraId="109F8DE1" w14:textId="5BE3611E" w:rsidR="00835114" w:rsidRDefault="00E3215C">
      <w:pPr>
        <w:pStyle w:val="Puntoelenco"/>
        <w:spacing w:before="40" w:after="60"/>
      </w:pPr>
      <w:r>
        <w:rPr>
          <w:sz w:val="18"/>
        </w:rPr>
        <w:t xml:space="preserve">di aver preso visione dell’Avviso Pubblico del Comune di Mesagne relativo alla manifestazione di interesse per la </w:t>
      </w:r>
      <w:proofErr w:type="spellStart"/>
      <w:r>
        <w:rPr>
          <w:sz w:val="18"/>
        </w:rPr>
        <w:t>partecipazione</w:t>
      </w:r>
      <w:proofErr w:type="spellEnd"/>
      <w:r>
        <w:rPr>
          <w:sz w:val="18"/>
        </w:rPr>
        <w:t xml:space="preserve"> al Gruppo Locale del </w:t>
      </w:r>
      <w:proofErr w:type="spellStart"/>
      <w:r>
        <w:rPr>
          <w:sz w:val="18"/>
        </w:rPr>
        <w:t>progetto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europeo</w:t>
      </w:r>
      <w:proofErr w:type="spellEnd"/>
      <w:r>
        <w:rPr>
          <w:sz w:val="18"/>
        </w:rPr>
        <w:t xml:space="preserve"> CERV – Green Ties (G-Ties);</w:t>
      </w:r>
    </w:p>
    <w:p w14:paraId="5412B034" w14:textId="77777777" w:rsidR="00835114" w:rsidRDefault="00E3215C">
      <w:pPr>
        <w:pStyle w:val="Puntoelenco"/>
        <w:spacing w:before="40" w:after="60"/>
      </w:pPr>
      <w:r>
        <w:rPr>
          <w:sz w:val="18"/>
        </w:rPr>
        <w:t>di essere residente nel Comune di Mesagne o in un comune limitrofo (ovvero di svolgere attività nel territorio comunale);</w:t>
      </w:r>
    </w:p>
    <w:p w14:paraId="6BFE8EF5" w14:textId="3B9E2958" w:rsidR="00835114" w:rsidRDefault="00E3215C">
      <w:pPr>
        <w:pStyle w:val="Puntoelenco"/>
        <w:spacing w:before="40" w:after="60"/>
      </w:pPr>
      <w:r>
        <w:rPr>
          <w:sz w:val="18"/>
        </w:rPr>
        <w:t xml:space="preserve">di </w:t>
      </w:r>
      <w:proofErr w:type="spellStart"/>
      <w:r>
        <w:rPr>
          <w:sz w:val="18"/>
        </w:rPr>
        <w:t>essere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disponibile</w:t>
      </w:r>
      <w:proofErr w:type="spellEnd"/>
      <w:r w:rsidR="00BC7A23">
        <w:rPr>
          <w:sz w:val="18"/>
        </w:rPr>
        <w:t xml:space="preserve"> </w:t>
      </w:r>
      <w:r>
        <w:rPr>
          <w:sz w:val="18"/>
        </w:rPr>
        <w:t xml:space="preserve">a </w:t>
      </w:r>
      <w:proofErr w:type="spellStart"/>
      <w:r>
        <w:rPr>
          <w:sz w:val="18"/>
        </w:rPr>
        <w:t>partecipare</w:t>
      </w:r>
      <w:proofErr w:type="spellEnd"/>
      <w:r>
        <w:rPr>
          <w:sz w:val="18"/>
        </w:rPr>
        <w:t xml:space="preserve"> alle </w:t>
      </w:r>
      <w:proofErr w:type="spellStart"/>
      <w:r>
        <w:rPr>
          <w:sz w:val="18"/>
        </w:rPr>
        <w:t>attività</w:t>
      </w:r>
      <w:proofErr w:type="spellEnd"/>
      <w:r>
        <w:rPr>
          <w:sz w:val="18"/>
        </w:rPr>
        <w:t xml:space="preserve"> e ai </w:t>
      </w:r>
      <w:proofErr w:type="spellStart"/>
      <w:r>
        <w:rPr>
          <w:sz w:val="18"/>
        </w:rPr>
        <w:t>laboratori</w:t>
      </w:r>
      <w:proofErr w:type="spellEnd"/>
      <w:r>
        <w:rPr>
          <w:sz w:val="18"/>
        </w:rPr>
        <w:t xml:space="preserve"> locali organizzati a Mesagne nel corso dei 12 mesi del progetto;</w:t>
      </w:r>
    </w:p>
    <w:p w14:paraId="1FBF4591" w14:textId="1DB7CA1B" w:rsidR="00835114" w:rsidRDefault="00E3215C">
      <w:pPr>
        <w:pStyle w:val="Puntoelenco"/>
        <w:spacing w:before="40" w:after="60"/>
      </w:pPr>
      <w:r>
        <w:rPr>
          <w:sz w:val="18"/>
        </w:rPr>
        <w:t xml:space="preserve">di </w:t>
      </w:r>
      <w:proofErr w:type="spellStart"/>
      <w:r>
        <w:rPr>
          <w:sz w:val="18"/>
        </w:rPr>
        <w:t>essere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disponibile</w:t>
      </w:r>
      <w:proofErr w:type="spellEnd"/>
      <w:r w:rsidR="00AA141D">
        <w:rPr>
          <w:sz w:val="18"/>
        </w:rPr>
        <w:t xml:space="preserve"> </w:t>
      </w:r>
      <w:r>
        <w:rPr>
          <w:sz w:val="18"/>
        </w:rPr>
        <w:t xml:space="preserve">a </w:t>
      </w:r>
      <w:proofErr w:type="spellStart"/>
      <w:r>
        <w:rPr>
          <w:sz w:val="18"/>
        </w:rPr>
        <w:t>partecipare</w:t>
      </w:r>
      <w:proofErr w:type="spellEnd"/>
      <w:r>
        <w:rPr>
          <w:sz w:val="18"/>
        </w:rPr>
        <w:t xml:space="preserve"> alle </w:t>
      </w:r>
      <w:proofErr w:type="spellStart"/>
      <w:r>
        <w:rPr>
          <w:sz w:val="18"/>
        </w:rPr>
        <w:t>visite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scambi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giovanili</w:t>
      </w:r>
      <w:proofErr w:type="spellEnd"/>
      <w:r>
        <w:rPr>
          <w:sz w:val="18"/>
        </w:rPr>
        <w:t xml:space="preserve"> e incontri internazionali del progetto nei Paesi partner (Albania e Kosovo);</w:t>
      </w:r>
    </w:p>
    <w:p w14:paraId="07DC8932" w14:textId="77777777" w:rsidR="00835114" w:rsidRDefault="00E3215C">
      <w:pPr>
        <w:pStyle w:val="Puntoelenco"/>
        <w:spacing w:before="40" w:after="60"/>
      </w:pPr>
      <w:r>
        <w:rPr>
          <w:sz w:val="18"/>
        </w:rPr>
        <w:t>di essere interessato/a ai temi della sostenibilità urbana, transizione ecologica, partecipazione civica giovanile e valorizzazione del patrimonio culturale.</w:t>
      </w:r>
    </w:p>
    <w:p w14:paraId="3287FB83" w14:textId="77777777" w:rsidR="00835114" w:rsidRDefault="00E3215C">
      <w:pPr>
        <w:spacing w:before="120" w:after="40"/>
      </w:pPr>
      <w:r>
        <w:rPr>
          <w:b/>
          <w:color w:val="1B4D3E"/>
          <w:sz w:val="19"/>
        </w:rPr>
        <w:t>CONOSCENZA DELLA LINGUA INGLESE</w:t>
      </w:r>
    </w:p>
    <w:p w14:paraId="25C89AD9" w14:textId="77777777" w:rsidR="00835114" w:rsidRDefault="00E3215C">
      <w:pPr>
        <w:spacing w:after="120"/>
      </w:pPr>
      <w:proofErr w:type="gramStart"/>
      <w:r>
        <w:rPr>
          <w:sz w:val="18"/>
        </w:rPr>
        <w:t>☐  Livello</w:t>
      </w:r>
      <w:proofErr w:type="gramEnd"/>
      <w:r>
        <w:rPr>
          <w:sz w:val="18"/>
        </w:rPr>
        <w:t xml:space="preserve"> Base (A1/A2)        ☐  Livello Discreto (B1/B2)        ☐  Livello Buono/Avanzato (C1/C2)</w:t>
      </w:r>
    </w:p>
    <w:p w14:paraId="1BE92A89" w14:textId="77777777" w:rsidR="00835114" w:rsidRDefault="00E3215C">
      <w:pPr>
        <w:spacing w:before="80" w:after="40"/>
      </w:pPr>
      <w:r>
        <w:rPr>
          <w:b/>
          <w:color w:val="1B4D3E"/>
          <w:sz w:val="19"/>
        </w:rPr>
        <w:t>BREVE MOTIVAZIONE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835114" w14:paraId="4AE75593" w14:textId="77777777">
        <w:trPr>
          <w:jc w:val="center"/>
        </w:trPr>
        <w:tc>
          <w:tcPr>
            <w:tcW w:w="9648" w:type="dxa"/>
          </w:tcPr>
          <w:p w14:paraId="7ABDD4A1" w14:textId="77777777" w:rsidR="00835114" w:rsidRDefault="00E3215C">
            <w:pPr>
              <w:spacing w:before="80" w:after="360"/>
              <w:rPr>
                <w:color w:val="787878"/>
                <w:sz w:val="17"/>
              </w:rPr>
            </w:pPr>
            <w:r>
              <w:rPr>
                <w:color w:val="787878"/>
                <w:sz w:val="17"/>
              </w:rPr>
              <w:t>Indicare le motivazioni per la partecipazione al Gruppo di Lavoro:</w:t>
            </w:r>
            <w:r>
              <w:rPr>
                <w:color w:val="787878"/>
                <w:sz w:val="17"/>
              </w:rPr>
              <w:br/>
              <w:t>_____________________________________________________________________________________________________</w:t>
            </w:r>
            <w:r>
              <w:rPr>
                <w:color w:val="787878"/>
                <w:sz w:val="17"/>
              </w:rPr>
              <w:br/>
            </w:r>
            <w:r>
              <w:rPr>
                <w:color w:val="787878"/>
                <w:sz w:val="17"/>
              </w:rPr>
              <w:br/>
              <w:t>_____________________________________________________________________________________________________</w:t>
            </w:r>
          </w:p>
          <w:p w14:paraId="27728524" w14:textId="77777777" w:rsidR="00BC7A23" w:rsidRDefault="00BC7A23">
            <w:pPr>
              <w:spacing w:before="80" w:after="360"/>
              <w:rPr>
                <w:color w:val="787878"/>
                <w:sz w:val="17"/>
              </w:rPr>
            </w:pPr>
            <w:r>
              <w:rPr>
                <w:color w:val="787878"/>
                <w:sz w:val="17"/>
              </w:rPr>
              <w:lastRenderedPageBreak/>
              <w:t>___________________________________________________________________________________________________</w:t>
            </w:r>
          </w:p>
          <w:p w14:paraId="5B1189FB" w14:textId="700EBF8F" w:rsidR="00AA141D" w:rsidRDefault="00AA141D">
            <w:pPr>
              <w:spacing w:before="80" w:after="360"/>
            </w:pPr>
            <w:r>
              <w:rPr>
                <w:color w:val="787878"/>
                <w:sz w:val="17"/>
              </w:rPr>
              <w:t>_____________________________________________________________________________________________________</w:t>
            </w:r>
            <w:r>
              <w:rPr>
                <w:color w:val="787878"/>
                <w:sz w:val="17"/>
              </w:rPr>
              <w:br/>
            </w:r>
            <w:r>
              <w:rPr>
                <w:color w:val="787878"/>
                <w:sz w:val="17"/>
              </w:rPr>
              <w:br/>
              <w:t>_____________________________________________________________________________________________________</w:t>
            </w:r>
            <w:r>
              <w:rPr>
                <w:color w:val="787878"/>
                <w:sz w:val="17"/>
              </w:rPr>
              <w:br/>
            </w:r>
            <w:r>
              <w:rPr>
                <w:color w:val="787878"/>
                <w:sz w:val="17"/>
              </w:rPr>
              <w:br/>
            </w:r>
          </w:p>
        </w:tc>
      </w:tr>
    </w:tbl>
    <w:p w14:paraId="27CAB7C1" w14:textId="77777777" w:rsidR="00835114" w:rsidRDefault="00E3215C">
      <w:pPr>
        <w:spacing w:before="120" w:after="40"/>
      </w:pPr>
      <w:r>
        <w:rPr>
          <w:b/>
          <w:color w:val="1B4D3E"/>
          <w:sz w:val="19"/>
        </w:rPr>
        <w:lastRenderedPageBreak/>
        <w:t>DISPONIBILITÀ (barrare le opzioni di interesse)</w:t>
      </w:r>
    </w:p>
    <w:p w14:paraId="192EECDD" w14:textId="25087951" w:rsidR="00835114" w:rsidRDefault="00E3215C">
      <w:pPr>
        <w:spacing w:before="20" w:after="40"/>
      </w:pPr>
      <w:proofErr w:type="gramStart"/>
      <w:r>
        <w:rPr>
          <w:sz w:val="18"/>
        </w:rPr>
        <w:t xml:space="preserve">☐  </w:t>
      </w:r>
      <w:proofErr w:type="spellStart"/>
      <w:r>
        <w:rPr>
          <w:sz w:val="18"/>
        </w:rPr>
        <w:t>Supporto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all’organizzazione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partecipazione</w:t>
      </w:r>
      <w:proofErr w:type="spellEnd"/>
      <w:r>
        <w:rPr>
          <w:sz w:val="18"/>
        </w:rPr>
        <w:t xml:space="preserve"> al Forum “La Mia Europa Verde” a Mesagne (Novembre 2026);</w:t>
      </w:r>
    </w:p>
    <w:p w14:paraId="38419A6D" w14:textId="77777777" w:rsidR="00835114" w:rsidRDefault="00E3215C">
      <w:pPr>
        <w:spacing w:before="20" w:after="40"/>
      </w:pPr>
      <w:proofErr w:type="gramStart"/>
      <w:r>
        <w:rPr>
          <w:sz w:val="18"/>
        </w:rPr>
        <w:t>☐  Partecipazione</w:t>
      </w:r>
      <w:proofErr w:type="gramEnd"/>
      <w:r>
        <w:rPr>
          <w:sz w:val="18"/>
        </w:rPr>
        <w:t xml:space="preserve"> come delegato/a agli incontri transnazionali a Tirana (Albania) e Pristina (Kosovo) con spese coperte dal progetto.</w:t>
      </w:r>
    </w:p>
    <w:p w14:paraId="47CE0DA8" w14:textId="77777777" w:rsidR="00835114" w:rsidRDefault="00E3215C">
      <w:pPr>
        <w:spacing w:before="120" w:after="40"/>
      </w:pPr>
      <w:r>
        <w:rPr>
          <w:b/>
          <w:color w:val="1B4D3E"/>
          <w:sz w:val="19"/>
        </w:rPr>
        <w:t>TRATTAMENTO DEI DATI PERSONALI</w:t>
      </w:r>
    </w:p>
    <w:p w14:paraId="46EEB980" w14:textId="77777777" w:rsidR="00835114" w:rsidRDefault="00E3215C">
      <w:pPr>
        <w:spacing w:after="60"/>
      </w:pPr>
      <w:r>
        <w:rPr>
          <w:sz w:val="16"/>
        </w:rPr>
        <w:t>Informativa ai sensi del Regolamento UE 2016/679 (GDPR): I dati forniti saranno trattati dal Comune di Mesagne esclusivamente per la gestione della manifestazione di interesse e della partecipazione al Progetto Green Ties.</w:t>
      </w:r>
    </w:p>
    <w:p w14:paraId="4F4F4AAD" w14:textId="77777777" w:rsidR="00835114" w:rsidRDefault="00E3215C">
      <w:pPr>
        <w:spacing w:after="160"/>
      </w:pPr>
      <w:proofErr w:type="gramStart"/>
      <w:r>
        <w:rPr>
          <w:b/>
          <w:sz w:val="18"/>
        </w:rPr>
        <w:t>☐  Acconsento</w:t>
      </w:r>
      <w:proofErr w:type="gramEnd"/>
      <w:r>
        <w:rPr>
          <w:b/>
          <w:sz w:val="18"/>
        </w:rPr>
        <w:t xml:space="preserve"> al trattamento dei miei dati personali.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896"/>
      </w:tblGrid>
      <w:tr w:rsidR="00835114" w14:paraId="386A2A64" w14:textId="77777777">
        <w:trPr>
          <w:jc w:val="center"/>
        </w:trPr>
        <w:tc>
          <w:tcPr>
            <w:tcW w:w="4752" w:type="dxa"/>
          </w:tcPr>
          <w:p w14:paraId="2FF0AD42" w14:textId="77777777" w:rsidR="00835114" w:rsidRDefault="00E3215C">
            <w:r>
              <w:rPr>
                <w:sz w:val="18"/>
              </w:rPr>
              <w:t>Luogo e data: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__________________________________</w:t>
            </w:r>
          </w:p>
        </w:tc>
        <w:tc>
          <w:tcPr>
            <w:tcW w:w="4896" w:type="dxa"/>
          </w:tcPr>
          <w:p w14:paraId="3F3391B9" w14:textId="77777777" w:rsidR="00835114" w:rsidRDefault="00E3215C">
            <w:r>
              <w:rPr>
                <w:sz w:val="18"/>
              </w:rPr>
              <w:t>Firma del/della richiedente: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__________________________________</w:t>
            </w:r>
          </w:p>
        </w:tc>
      </w:tr>
    </w:tbl>
    <w:p w14:paraId="5BE92368" w14:textId="77777777" w:rsidR="00835114" w:rsidRDefault="00E3215C">
      <w:pPr>
        <w:spacing w:before="200"/>
      </w:pPr>
      <w:r>
        <w:rPr>
          <w:i/>
          <w:sz w:val="17"/>
        </w:rPr>
        <w:t>Si allega obbligatoriamente: Copia fotostatica di un documento di identità in corso di validità.</w:t>
      </w:r>
    </w:p>
    <w:sectPr w:rsidR="00835114" w:rsidSect="00034616">
      <w:headerReference w:type="default" r:id="rId8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34A5D" w14:textId="77777777" w:rsidR="00D625A9" w:rsidRDefault="00D625A9" w:rsidP="00BC7A23">
      <w:pPr>
        <w:spacing w:after="0" w:line="240" w:lineRule="auto"/>
      </w:pPr>
      <w:r>
        <w:separator/>
      </w:r>
    </w:p>
  </w:endnote>
  <w:endnote w:type="continuationSeparator" w:id="0">
    <w:p w14:paraId="506C3441" w14:textId="77777777" w:rsidR="00D625A9" w:rsidRDefault="00D625A9" w:rsidP="00BC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C7938" w14:textId="77777777" w:rsidR="00D625A9" w:rsidRDefault="00D625A9" w:rsidP="00BC7A23">
      <w:pPr>
        <w:spacing w:after="0" w:line="240" w:lineRule="auto"/>
      </w:pPr>
      <w:r>
        <w:separator/>
      </w:r>
    </w:p>
  </w:footnote>
  <w:footnote w:type="continuationSeparator" w:id="0">
    <w:p w14:paraId="0076EDC0" w14:textId="77777777" w:rsidR="00D625A9" w:rsidRDefault="00D625A9" w:rsidP="00BC7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0DCBF" w14:textId="5809AF6A" w:rsidR="00BC7A23" w:rsidRPr="00BC7A23" w:rsidRDefault="00BC7A23" w:rsidP="00BC7A23">
    <w:pPr>
      <w:pStyle w:val="Intestazione"/>
    </w:pPr>
    <w:r w:rsidRPr="0028469F">
      <w:rPr>
        <w:noProof/>
      </w:rPr>
      <w:drawing>
        <wp:inline distT="0" distB="0" distL="0" distR="0" wp14:anchorId="069B5040" wp14:editId="0F625975">
          <wp:extent cx="5506218" cy="847843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06218" cy="847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928"/>
    <w:rsid w:val="0015074B"/>
    <w:rsid w:val="002606F6"/>
    <w:rsid w:val="0029639D"/>
    <w:rsid w:val="00326F90"/>
    <w:rsid w:val="00450DE7"/>
    <w:rsid w:val="00835114"/>
    <w:rsid w:val="00AA141D"/>
    <w:rsid w:val="00AA1D8D"/>
    <w:rsid w:val="00B47730"/>
    <w:rsid w:val="00BC7A23"/>
    <w:rsid w:val="00C55035"/>
    <w:rsid w:val="00CB0664"/>
    <w:rsid w:val="00D625A9"/>
    <w:rsid w:val="00E321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7513D"/>
  <w14:defaultImageDpi w14:val="300"/>
  <w15:docId w15:val="{FF97AAB5-43C4-433F-A4FB-D9EA9491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paride.santoro</cp:lastModifiedBy>
  <cp:revision>2</cp:revision>
  <dcterms:created xsi:type="dcterms:W3CDTF">2026-11-03T09:00:00Z</dcterms:created>
  <dcterms:modified xsi:type="dcterms:W3CDTF">2026-11-03T09:00:00Z</dcterms:modified>
  <cp:category/>
</cp:coreProperties>
</file>